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357F4" w14:textId="77777777" w:rsidR="00D43FC5" w:rsidRDefault="00000000">
      <w:pPr>
        <w:spacing w:after="280"/>
        <w:jc w:val="center"/>
      </w:pPr>
      <w:r>
        <w:rPr>
          <w:b/>
          <w:sz w:val="32"/>
        </w:rPr>
        <w:t>[TITLE OF THE ARTICLE — MAXIMUM 15 WORDS]</w:t>
      </w:r>
    </w:p>
    <w:p w14:paraId="1542257A" w14:textId="77777777" w:rsidR="00D43FC5" w:rsidRDefault="00000000">
      <w:pPr>
        <w:spacing w:before="240" w:after="240"/>
        <w:jc w:val="center"/>
      </w:pPr>
      <w:r>
        <w:rPr>
          <w:sz w:val="24"/>
        </w:rPr>
        <w:t>First Author¹, Second Author², and Corresponding Author¹*</w:t>
      </w:r>
    </w:p>
    <w:p w14:paraId="25A47A23" w14:textId="77777777" w:rsidR="00D43FC5" w:rsidRDefault="00000000">
      <w:pPr>
        <w:jc w:val="center"/>
      </w:pPr>
      <w:r>
        <w:rPr>
          <w:i/>
        </w:rPr>
        <w:t>¹Department, Faculty, University, City, Country</w:t>
      </w:r>
    </w:p>
    <w:p w14:paraId="31EE48C3" w14:textId="77777777" w:rsidR="00D43FC5" w:rsidRDefault="00000000">
      <w:pPr>
        <w:jc w:val="center"/>
      </w:pPr>
      <w:r>
        <w:rPr>
          <w:i/>
        </w:rPr>
        <w:t>²Department, Faculty, University, City, Country</w:t>
      </w:r>
    </w:p>
    <w:p w14:paraId="1D6A3596" w14:textId="77777777" w:rsidR="00D43FC5" w:rsidRDefault="00000000">
      <w:pPr>
        <w:jc w:val="center"/>
      </w:pPr>
      <w:r>
        <w:rPr>
          <w:i/>
        </w:rPr>
        <w:t>*Corresponding author: email@university.ac.id</w:t>
      </w:r>
    </w:p>
    <w:p w14:paraId="0E967FAE" w14:textId="77777777" w:rsidR="00D43FC5" w:rsidRDefault="00000000">
      <w:pPr>
        <w:spacing w:before="280" w:after="120"/>
        <w:jc w:val="center"/>
      </w:pPr>
      <w:r>
        <w:rPr>
          <w:b/>
        </w:rPr>
        <w:t>ABSTRACT</w:t>
      </w:r>
    </w:p>
    <w:p w14:paraId="3EACF4ED" w14:textId="77777777" w:rsidR="00D43FC5" w:rsidRDefault="00000000">
      <w:pPr>
        <w:spacing w:after="120"/>
        <w:jc w:val="both"/>
      </w:pPr>
      <w:r>
        <w:t>[Background: Introduce the scientific context and explain briefly why the topic is important.] [Research gap: Identify the specific limitation, unresolved problem, or missing evidence addressed by the study.] [Objective: State clearly the principal aim or research question.] [Methods: Summarize the research design, materials or data, principal parameters, and analytical method without unnecessary procedural details.] [Results: Present the most important findings, preferably including relevant numerical values, comparisons, trends, or uncertainties.] [Conclusion: Explain what the results mean, how they answer the objective, and their main scientific or practical implication.]</w:t>
      </w:r>
    </w:p>
    <w:p w14:paraId="0C3D0337" w14:textId="0740BC74" w:rsidR="00D43FC5" w:rsidRDefault="00000000">
      <w:pPr>
        <w:spacing w:after="280"/>
      </w:pPr>
      <w:r>
        <w:rPr>
          <w:b/>
        </w:rPr>
        <w:t xml:space="preserve">Keywords: </w:t>
      </w:r>
      <w:r>
        <w:rPr>
          <w:i/>
        </w:rPr>
        <w:t>keyword 1; keyword 2; keyword 3; keyword 4</w:t>
      </w:r>
    </w:p>
    <w:p w14:paraId="1BB103AA" w14:textId="77777777" w:rsidR="00D43FC5" w:rsidRDefault="00000000">
      <w:pPr>
        <w:spacing w:before="160" w:after="80"/>
      </w:pPr>
      <w:r>
        <w:rPr>
          <w:b/>
        </w:rPr>
        <w:t>Writing guide (delete before submission)</w:t>
      </w:r>
    </w:p>
    <w:p w14:paraId="70E64A73" w14:textId="77777777" w:rsidR="00D43FC5" w:rsidRDefault="00000000">
      <w:pPr>
        <w:pStyle w:val="ListBullet"/>
        <w:spacing w:after="40"/>
        <w:ind w:hanging="259"/>
      </w:pPr>
      <w:r>
        <w:rPr>
          <w:sz w:val="18"/>
        </w:rPr>
        <w:t>Write the abstract in English using 100–250 words.</w:t>
      </w:r>
    </w:p>
    <w:p w14:paraId="4DC318BC" w14:textId="77777777" w:rsidR="00D43FC5" w:rsidRDefault="00000000">
      <w:pPr>
        <w:pStyle w:val="ListBullet"/>
        <w:spacing w:after="40"/>
        <w:ind w:hanging="259"/>
      </w:pPr>
      <w:r>
        <w:rPr>
          <w:sz w:val="18"/>
        </w:rPr>
        <w:t>Use Times New Roman 10 pt and single-line spacing.</w:t>
      </w:r>
    </w:p>
    <w:p w14:paraId="5098C0FC" w14:textId="77777777" w:rsidR="00D43FC5" w:rsidRDefault="00000000">
      <w:pPr>
        <w:pStyle w:val="ListBullet"/>
        <w:spacing w:after="40"/>
        <w:ind w:hanging="259"/>
      </w:pPr>
      <w:r>
        <w:rPr>
          <w:sz w:val="18"/>
        </w:rPr>
        <w:t>Write the abstract as one coherent paragraph without citations, equations, tables, or figures.</w:t>
      </w:r>
    </w:p>
    <w:p w14:paraId="0F30517A" w14:textId="77777777" w:rsidR="00D43FC5" w:rsidRDefault="00000000">
      <w:pPr>
        <w:pStyle w:val="ListBullet"/>
        <w:spacing w:after="40"/>
        <w:ind w:hanging="259"/>
      </w:pPr>
      <w:r>
        <w:rPr>
          <w:sz w:val="18"/>
        </w:rPr>
        <w:t>Include the subject and scope, objective, methods, principal results, and conclusion.</w:t>
      </w:r>
    </w:p>
    <w:p w14:paraId="4BB26533" w14:textId="77777777" w:rsidR="00D43FC5" w:rsidRDefault="00000000">
      <w:pPr>
        <w:pStyle w:val="ListBullet"/>
        <w:spacing w:after="40"/>
        <w:ind w:hanging="259"/>
      </w:pPr>
      <w:r>
        <w:rPr>
          <w:sz w:val="18"/>
        </w:rPr>
        <w:t>Provide at least three keywords that are specific and useful for information retrieval.</w:t>
      </w:r>
    </w:p>
    <w:sectPr w:rsidR="00D43FC5" w:rsidSect="00034616">
      <w:pgSz w:w="11909" w:h="16834"/>
      <w:pgMar w:top="1224" w:right="1296" w:bottom="1224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5607530">
    <w:abstractNumId w:val="8"/>
  </w:num>
  <w:num w:numId="2" w16cid:durableId="1280068316">
    <w:abstractNumId w:val="6"/>
  </w:num>
  <w:num w:numId="3" w16cid:durableId="893083877">
    <w:abstractNumId w:val="5"/>
  </w:num>
  <w:num w:numId="4" w16cid:durableId="1972204827">
    <w:abstractNumId w:val="4"/>
  </w:num>
  <w:num w:numId="5" w16cid:durableId="591359439">
    <w:abstractNumId w:val="7"/>
  </w:num>
  <w:num w:numId="6" w16cid:durableId="2043362934">
    <w:abstractNumId w:val="3"/>
  </w:num>
  <w:num w:numId="7" w16cid:durableId="100539913">
    <w:abstractNumId w:val="2"/>
  </w:num>
  <w:num w:numId="8" w16cid:durableId="189686904">
    <w:abstractNumId w:val="1"/>
  </w:num>
  <w:num w:numId="9" w16cid:durableId="50733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DE7"/>
    <w:rsid w:val="0006063C"/>
    <w:rsid w:val="0015074B"/>
    <w:rsid w:val="0029639D"/>
    <w:rsid w:val="00326F90"/>
    <w:rsid w:val="00AA1D8D"/>
    <w:rsid w:val="00B47730"/>
    <w:rsid w:val="00CB0664"/>
    <w:rsid w:val="00D43FC5"/>
    <w:rsid w:val="00EA32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7D8F89"/>
  <w14:defaultImageDpi w14:val="300"/>
  <w15:docId w15:val="{BA21AC5F-7A8B-4B9E-8D69-C5E2D37C0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Jurnal Neutrino Abstract Template</dc:title>
  <dc:subject>English abstract template based on Jurnal Neutrino author guidelines</dc:subject>
  <dc:creator>python-docx</dc:creator>
  <cp:keywords/>
  <dc:description>generated by python-docx</dc:description>
  <cp:lastModifiedBy>Erika Rani</cp:lastModifiedBy>
  <cp:revision>2</cp:revision>
  <dcterms:created xsi:type="dcterms:W3CDTF">2013-12-23T23:15:00Z</dcterms:created>
  <dcterms:modified xsi:type="dcterms:W3CDTF">2026-07-27T02:42:00Z</dcterms:modified>
  <cp:category/>
</cp:coreProperties>
</file>